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TITLE OF THE PAPER</w:t>
        <w:br/>
      </w:r>
    </w:p>
    <w:p>
      <w:r>
        <w:t>Author1, Author2</w:t>
      </w:r>
    </w:p>
    <w:p>
      <w:r>
        <w:t>Affiliation</w:t>
      </w:r>
    </w:p>
    <w:p>
      <w:r>
        <w:t>E-mail</w:t>
      </w:r>
    </w:p>
    <w:p/>
    <w:p>
      <w:r>
        <w:t>Abstract</w:t>
      </w:r>
    </w:p>
    <w:p>
      <w:r>
        <w:t>Write abstract here.</w:t>
      </w:r>
    </w:p>
    <w:p/>
    <w:p>
      <w:r>
        <w:t>Keywords: keyword1; keyword2.</w:t>
      </w:r>
    </w:p>
    <w:p/>
    <w:p>
      <w:r>
        <w:t>1. Introduction</w:t>
      </w:r>
    </w:p>
    <w:p>
      <w:r>
        <w:t>Main text...</w:t>
      </w:r>
    </w:p>
    <w:p/>
    <w:p>
      <w:r>
        <w:t>Equation: x = y + z</w:t>
      </w:r>
    </w:p>
    <w:p/>
    <w:p>
      <w:r>
        <w:t>Table 1. Sample table</w:t>
      </w:r>
    </w:p>
    <w:p>
      <w:r>
        <w:t>| Col1 | Col2 |</w:t>
      </w:r>
    </w:p>
    <w:p/>
    <w:p>
      <w:r>
        <w:t>Figure 1. Sample figure caption</w:t>
      </w:r>
    </w:p>
    <w:p/>
    <w:p>
      <w:r>
        <w:t>References</w:t>
      </w:r>
    </w:p>
    <w:p>
      <w:r>
        <w:t>[1] Author. Title. Journal, Year.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