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МАҚАЛА ТАҚЫРЫБЫ</w:t>
      </w:r>
    </w:p>
    <w:p>
      <w:r>
        <w:t>А.Т. Әбдірахманов¹, Б.С. Серіков²</w:t>
      </w:r>
    </w:p>
    <w:p>
      <w:r>
        <w:t>¹Ұйымның атауы</w:t>
      </w:r>
    </w:p>
    <w:p>
      <w:r>
        <w:t>E-mail: author@example.com</w:t>
      </w:r>
    </w:p>
    <w:p/>
    <w:p>
      <w:r>
        <w:t>Аңдатпа</w:t>
      </w:r>
    </w:p>
    <w:p>
      <w:r>
        <w:t>Аңдатпа мәтіні.</w:t>
      </w:r>
    </w:p>
    <w:p>
      <w:r>
        <w:t>Түйін сөздер: ...</w:t>
      </w:r>
    </w:p>
    <w:p>
      <w:r>
        <w:t>1. Кіріспе</w:t>
      </w:r>
    </w:p>
    <w:p>
      <w:r>
        <w:t>2. Материалдар мен әдістер</w:t>
      </w:r>
    </w:p>
    <w:p>
      <w:r>
        <w:t>3. Нәтижелер және талқылау</w:t>
      </w:r>
    </w:p>
    <w:p>
      <w:r>
        <w:t>4. Қорытынды</w:t>
      </w:r>
    </w:p>
    <w:p>
      <w:r>
        <w:t>Пайдаланылған әдебиеттер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